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יומן המסע ביער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ליער הגשם ולבעלי החיים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בבקתת עץ מעל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לקומה נוספת של היער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הפך לנהר 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קופי יללן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לשוט בנהר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האוויר היה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 חצי שעה השמש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 הקול שלהם שומעים מרחוק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(קומה נוספת של היער)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(משמיעים קולות שנשמעים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(מקווים לראות אותו בנהר)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(פריט חשוב לאריזה)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ציפייה, שמחה או התרגשות, מכיוון שזה בעל חיים נדיר ומיוחד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תיאור חושי עשיר הכולל ראייה, שמיעה ותחושה, בהשראת 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בבקתת עץ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הפך לנהר 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דולפין ורוד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פרטים חושיים בטקסט (קולות, מראות, ריחות)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ביומן המסע מתוארים חוויות ביום הראשון ביער הגשם של האמזונס - לינה בבקתה מיוחדת, עץ ענק, גשם חזק וקולות מוזרים בלילה.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ישנו המטיילים בלילה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בבקתת עץ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אנה השוותה את הצמרת של העץ הענק?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לגג של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לקומה נוספת של היער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לשמיכה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לכובע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לשביל אחרי הגשם הכבד?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התייבש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נהיה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משמיע את הקולות המוזרים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קופי יללן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צפרדעים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המטיילים מתכננים לעשות למחרת?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לשוט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הבקתה עמדה על עמודים מעל המים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האוויר ביער היה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בצמרת העץ חיים קופים, ציפורים וצפרדעים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ירד כל היום בלי 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קופי היללן משמיעים קול שנשמע רק מקרוב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הבקתה עמדה על __________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הצמרת של העץ הענק היא כמו __________ נוספת של היער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הגשם, העלים נצצו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הקולות המוזרים בערב היו של קופי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המטיילים ישוטו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בקתת 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משמיעים קולות שנשמעים 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צמרת העץ הענק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פריט חשוב לאריזה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קופי היללן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קומה נוספת של היער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דולפין ורוד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תרסיס נגד יתושים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מקווים לראות אותו בנהר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ירגישו המטיילים אם יראו דולפין ורוד בנהר? נמקו בשתיים-שלוש מילים 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דמיוני ביער הגשם - מה תראו, תשמעו ותרגישו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ישנו המטיילים ביער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לשביל אחרי הגשם הכבד?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בעל חיים הם מקווים לראות בנהר?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יער הגשם של האמזונס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