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יער הגשם של האמזונס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יומן המסע ביער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ליער הגשם ולבעלי החיים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סדר אירועים בטקסט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בבקתת עץ מעל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לקומה נוספת של היער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הפך לנהר 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קופי יללן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לשוט בנהר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האוויר היה חם 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הסבירה אנה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אחרי חצי שעה השמש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את הקול שלהם שומעים מרחוק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יהלומים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(עומדת על עמודים מעל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(קומה נוספת של היער)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(משמיעים קולות שנשמעים מרחוק)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(מקווים לראות אותו בנהר)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(פריט חשוב לאריזה)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ציפייה, שמחה או התרגשות, מכיוון שזה בעל חיים נדיר ומיוחד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תיאור חושי עשיר הכולל ראייה, שמיעה ותחושה, בהשראת פרטים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בבקתת עץ מעל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הפך לנהר 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דולפין ורוד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פרטים חושיים בטקסט (קולות, מראות, ריחות)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יער הגשם של האמזונס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טקסט על יום אחד ביער גשם גדול בדרום אמריקה. קוראים ועונים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יער גשם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יער עם המון גשם וצמחים ירוקים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בקתה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קטן ופשוט מעץ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הגבוה ביותר של העץ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מדריכה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שמובילה ומסבירה בטיול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קופי יללן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קופים שמשמיעים קול חזק שנשמע מרחוק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דולפין ורוד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דולפין בצבע ורוד שחי בנהרות דרום אמריקה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הרבה רטיבות באוויר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אדמה רטובה ודביקה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הם ישנו?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בבקתת עץ מעל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דומה הצמרת של 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לגג של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לקומה נוספת של היער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לשמיכה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לכובע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לשביל?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התייבש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הפך לנהר 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נהיה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משמיע קולות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קופי יללן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צפרדעים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דולפינים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יעשו מחר?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לטפס על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לשוט בנהר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כל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הבקתה עמדה על עמודים מעל המים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האוויר ביער היה קר ויבש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בצמרת העץ חיים קופים, ציפורים וצפרדעים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ירד כל היום בלי 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קופי היללן משמיעים קול שנשמע רק מקרוב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הבקתה עמדה על __________ מעל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הצמרת של העץ הענק היא כמו __________ נוספת של היער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הגשם, העלים נצצו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הקולות המוזרים בערב היו של קופי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מחר המטיילים ישוטו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בקתת העץ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משמיעים קולות שנשמעים מרחוק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צמרת העץ הענק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עומדת על עמודים מעל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קופי היללן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קומה נוספת של היער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דולפין ורוד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פריט חשוב לאריזה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תרסיס נגד יתושים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מקווים לראות אותו בנהר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לדעתכם ירגישו המטיילים אם יראו דולפין ורוד בנהר? נמקו בשתיים-שלוש מילים הסבר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דמיוני ביער הגשם - מה תראו, תשמעו ותרגישו שם?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ישנו המטיילים ביער הגשם?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לשביל אחרי הגשם הכבד?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בעל חיים הם מקווים לראות בנהר?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יער הגשם של האמזונס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