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יער הגשם של האמזונס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יומן המסע ביער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ליער הגשם ולבעלי החיים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סדר אירועים בטקסט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בבקתת עץ מעל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הפך לנהר בוץ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האוויר היה חם ולח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(עומדת על עמודים מעל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(קומה נוספת של היער)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(משמיעים קולות שנשמעים מרחוק)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(מקווים לראות אותו בנהר)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ציפייה, שמחה או התרגשות, מכיוון שזה בעל חיים נדיר ומיוחד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בבקתת עץ מעל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הפך לנהר 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דולפין ורוד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פרטים חושיים בטקסט (קולות, מראות, ריחות)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יער הגשם של האמזונס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ביומן המסע מתוארים חוויות ביום הראשון ביער הגשם של האמזונס - לינה בבקתה מיוחדת, עץ ענק, גשם חזק וקולות מוזרים בלילה.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עמודים  ·  קומה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ישנו המטיילים בלילה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בבקתת עץ מעל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לשביל אחרי הגשם הכבד?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התייבש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הפך לנהר 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נעלם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הבקתה עמדה על עמודים מעל המים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האוויר ביער היה קר ויבש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הבקתה עמדה על __________ מעל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הצמרת של העץ הענק היא כמו __________ נוספת של היער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בקתת העץ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קומה נוספת של היער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צמרת העץ הענק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מקווים לראות אותו בנהר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קופי היללן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עומדת על עמודים מעל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דולפין ורוד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משמיעים קולות שנשמעים מרחוק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לדעתכם ירגישו המטיילים אם יראו דולפין ורוד בנהר? נמקו בשתיים-שלוש מילים הסבר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ישנו המטיילים ביער הגשם?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לשביל אחרי הגשם הכבד?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יער הגשם של האמזונס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